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D9EAF7"/>
          </w:tcPr>
          <w:p>
            <w:r/>
            <w:r>
              <w:rPr>
                <w:b/>
                <w:color w:val="1F4E79"/>
                <w:sz w:val="22"/>
              </w:rPr>
              <w:t>Obec Zátor</w:t>
            </w:r>
          </w:p>
          <w:p>
            <w:r>
              <w:t>Zátor 107, 793 16 Zátor</w:t>
            </w:r>
          </w:p>
          <w:p>
            <w:r>
              <w:t>IČO: 00296473</w:t>
            </w:r>
          </w:p>
        </w:tc>
        <w:tc>
          <w:tcPr>
            <w:tcW w:type="dxa" w:w="5156"/>
            <w:vAlign w:val="center"/>
            <w:shd w:fill="D9EAF7"/>
          </w:tcPr>
          <w:p>
            <w:pPr>
              <w:jc w:val="right"/>
            </w:pPr>
            <w:r/>
            <w:r>
              <w:rPr>
                <w:b/>
                <w:color w:val="1F4E79"/>
                <w:sz w:val="20"/>
              </w:rPr>
              <w:t>Telefon: 554 645 126</w:t>
            </w:r>
          </w:p>
          <w:p>
            <w:pPr>
              <w:jc w:val="right"/>
            </w:pPr>
            <w:r>
              <w:t>Multifunkční hřiště Zátor</w:t>
            </w:r>
          </w:p>
        </w:tc>
      </w:tr>
    </w:tbl>
    <w:p/>
    <w:p>
      <w:pPr>
        <w:pStyle w:val="Title"/>
        <w:jc w:val="center"/>
      </w:pPr>
      <w:r>
        <w:t>PRAVIDLA UŽÍVÁNÍ MULTIFUNKČNÍHO HŘIŠTĚ V OBCI ZÁTOR</w:t>
      </w:r>
    </w:p>
    <w:p>
      <w:r>
        <w:rPr>
          <w:b/>
        </w:rPr>
        <w:t xml:space="preserve">Multifunkční hřiště je určeno ke sportování a volnočasovým aktivitám. </w:t>
      </w:r>
      <w:r>
        <w:t>Prosíme všechny uživatele, aby se k hřišti, domku a zapůjčenému vybavení chovali ohleduplně.</w:t>
      </w:r>
    </w:p>
    <w:p>
      <w:pPr>
        <w:pStyle w:val="Heading1"/>
      </w:pPr>
      <w:r>
        <w:t>1. Kdo může získat klíče</w:t>
      </w:r>
    </w:p>
    <w:p>
      <w:pPr>
        <w:pStyle w:val="ListBullet"/>
      </w:pPr>
      <w:r>
        <w:t>Klíče od domku se sportovním vybavením mohou být předány pouze osobě starší 18 let, která má trvalý pobyt v obci Zátor.</w:t>
      </w:r>
    </w:p>
    <w:p>
      <w:pPr>
        <w:pStyle w:val="ListBullet"/>
      </w:pPr>
      <w:r>
        <w:t>Tato skutečnost bude při podpisu dohody ověřena předložením občanského průkazu. Kopie občanského průkazu se nepořizuje.</w:t>
      </w:r>
    </w:p>
    <w:p>
      <w:pPr>
        <w:pStyle w:val="ListBullet"/>
      </w:pPr>
      <w:r>
        <w:t>Za klíče se neskládá vratná kauce.</w:t>
      </w:r>
    </w:p>
    <w:p>
      <w:pPr>
        <w:pStyle w:val="Heading1"/>
      </w:pPr>
      <w:r>
        <w:t>2. Postup při nahlášení a rezervaci</w:t>
      </w:r>
    </w:p>
    <w:p>
      <w:pPr>
        <w:pStyle w:val="ListBullet"/>
      </w:pPr>
      <w:r>
        <w:t>Zájemce se nahlásí na Obecním úřadě Zátor.</w:t>
      </w:r>
    </w:p>
    <w:p>
      <w:pPr>
        <w:pStyle w:val="ListBullet"/>
      </w:pPr>
      <w:r>
        <w:t>Na úřadě podepíše dohodu o užívání multifunkčního hřiště a převzetí klíčů.</w:t>
      </w:r>
    </w:p>
    <w:p>
      <w:pPr>
        <w:pStyle w:val="ListBullet"/>
      </w:pPr>
      <w:r>
        <w:t>Na základě podpisu dohody mu budou předány klíče od domku se sportovním vybavením.</w:t>
      </w:r>
    </w:p>
    <w:p>
      <w:pPr>
        <w:pStyle w:val="ListBullet"/>
      </w:pPr>
      <w:r>
        <w:t>Domluvený termín bude zapsán do rezervačního přehledu, který bude zveřejněn u hřiště.</w:t>
      </w:r>
    </w:p>
    <w:p>
      <w:pPr>
        <w:pStyle w:val="Heading1"/>
      </w:pPr>
      <w:r>
        <w:t>3. Rezervační přehled</w:t>
      </w:r>
    </w:p>
    <w:p>
      <w:pPr>
        <w:pStyle w:val="ListBullet"/>
      </w:pPr>
      <w:r>
        <w:t>Uživatel zapsaný v rezervačním přehledu má ve svém dni a čase přednostní právo hřiště využít.</w:t>
      </w:r>
    </w:p>
    <w:p>
      <w:pPr>
        <w:pStyle w:val="ListBullet"/>
      </w:pPr>
      <w:r>
        <w:t>Rezervační přehled bude umístěn přímo u hřiště, aby se na něj uživatelé mohli v případě potřeby odvolat.</w:t>
      </w:r>
    </w:p>
    <w:p>
      <w:pPr>
        <w:pStyle w:val="ListBullet"/>
      </w:pPr>
      <w:r>
        <w:t>Pokud se zapsaný uživatel v rezervovaném čase na hřišti nenachází a hřiště je volné, mohou jej využít i jiné osoby.</w:t>
      </w:r>
    </w:p>
    <w:p>
      <w:pPr>
        <w:pStyle w:val="ListBullet"/>
      </w:pPr>
      <w:r>
        <w:t>Při příchodu zapsaného uživatele je nutné mu umožnit využití rezervovaného termínu.</w:t>
      </w:r>
    </w:p>
    <w:p>
      <w:pPr>
        <w:pStyle w:val="Heading1"/>
      </w:pPr>
      <w:r>
        <w:t>4. Užívání vybavení a domku</w:t>
      </w:r>
    </w:p>
    <w:p>
      <w:pPr>
        <w:pStyle w:val="ListBullet"/>
      </w:pPr>
      <w:r>
        <w:t>V domku je uložena síť pro tenis/volejbal a případně další sportovní vybavení.</w:t>
      </w:r>
    </w:p>
    <w:p>
      <w:pPr>
        <w:pStyle w:val="ListBullet"/>
      </w:pPr>
      <w:r>
        <w:t>Zapůjčené vybavení je nutné používat šetrně a pouze v areálu hřiště.</w:t>
      </w:r>
    </w:p>
    <w:p>
      <w:pPr>
        <w:pStyle w:val="ListBullet"/>
      </w:pPr>
      <w:r>
        <w:t>Po skončení hry je uživatel povinen vrátit vybavení zpět na určené místo, uklidit jej a domek řádně uzamknout.</w:t>
      </w:r>
    </w:p>
    <w:p>
      <w:pPr>
        <w:pStyle w:val="ListBullet"/>
      </w:pPr>
      <w:r>
        <w:t>Je zakázáno vybavení odnášet mimo areál hřiště nebo jej ponechat volně na hřišti.</w:t>
      </w:r>
    </w:p>
    <w:p>
      <w:pPr>
        <w:pStyle w:val="ListBullet"/>
      </w:pPr>
      <w:r>
        <w:t>Klíče není dovoleno kopírovat ani předávat dalším osobám bez vědomí obce.</w:t>
      </w:r>
    </w:p>
    <w:p>
      <w:pPr>
        <w:pStyle w:val="Heading1"/>
      </w:pPr>
      <w:r>
        <w:t>5. Pořádek, čistota a bezpečnost</w:t>
      </w:r>
    </w:p>
    <w:p>
      <w:pPr>
        <w:pStyle w:val="ListBullet"/>
      </w:pPr>
      <w:r>
        <w:t>Každý uživatel je povinen udržovat v areálu hřiště pořádek a čistotu.</w:t>
      </w:r>
    </w:p>
    <w:p>
      <w:pPr>
        <w:pStyle w:val="ListBullet"/>
      </w:pPr>
      <w:r>
        <w:t>Po skončení hry je nutné po sobě uklidit a odnést odpadky.</w:t>
      </w:r>
    </w:p>
    <w:p>
      <w:pPr>
        <w:pStyle w:val="ListBullet"/>
      </w:pPr>
      <w:r>
        <w:t>Uživatelé jsou povinni chovat se ohleduplně k ostatním návštěvníkům i k obecnímu majetku.</w:t>
      </w:r>
    </w:p>
    <w:p>
      <w:pPr>
        <w:pStyle w:val="ListBullet"/>
      </w:pPr>
      <w:r>
        <w:t>Hřiště a vybavení se užívá na vlastní odpovědnost. Děti smí hřiště využívat pod dohledem dospělé osoby.</w:t>
      </w:r>
    </w:p>
    <w:p>
      <w:pPr>
        <w:pStyle w:val="Heading1"/>
      </w:pPr>
      <w:r>
        <w:t>6. Hlášení závad a poškození</w:t>
      </w:r>
    </w:p>
    <w:p>
      <w:pPr>
        <w:pStyle w:val="ListBullet"/>
      </w:pPr>
      <w:r>
        <w:t>V případě zjištění závady, poškození vybavení, poškození domku, ztráty klíčů nebo jiné poruchy kontaktujte Obecní úřad Zátor v pracovních dnech pondělí-pátek na telefonním čísle 554 645 126.</w:t>
      </w:r>
    </w:p>
    <w:p>
      <w:pPr>
        <w:pStyle w:val="ListBullet"/>
      </w:pPr>
      <w:r>
        <w:t>Zjištěnou závadu nebo poškození zapište také do sešitu závad, který bude umístěn u hřiště / v domku se sportovním vybavením.</w:t>
      </w:r>
    </w:p>
    <w:p>
      <w:pPr>
        <w:pStyle w:val="ListBullet"/>
      </w:pPr>
      <w:r>
        <w:t>Pokud by další užívání hřiště nebo vybavení mohlo být nebezpečné, hřiště nebo poškozené vybavení dále nepoužívejte.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D9EAF7"/>
          </w:tcPr>
          <w:p>
            <w:r>
              <w:rPr>
                <w:b/>
                <w:color w:val="1F4E79"/>
                <w:sz w:val="21"/>
              </w:rPr>
              <w:t>Kontakt pro hlášení závad</w:t>
            </w:r>
          </w:p>
          <w:p>
            <w:pPr>
              <w:spacing w:after="40"/>
            </w:pPr>
            <w:r>
              <w:t>Obecní úřad Zátor: 554 645 126</w:t>
            </w:r>
          </w:p>
          <w:p>
            <w:pPr>
              <w:spacing w:after="40"/>
            </w:pPr>
            <w:r>
              <w:t>Hlášení závad a poruch: pracovní dny pondělí-pátek.</w:t>
            </w:r>
          </w:p>
        </w:tc>
      </w:tr>
    </w:tbl>
    <w:p/>
    <w:p>
      <w:pPr>
        <w:jc w:val="center"/>
      </w:pPr>
      <w:r>
        <w:rPr>
          <w:b/>
          <w:color w:val="70AD47"/>
        </w:rPr>
        <w:t>Děkujeme, že se k obecnímu majetku chováte ohleduplně.</w:t>
      </w:r>
    </w:p>
    <w:sectPr w:rsidR="00FC693F" w:rsidRPr="0006063C" w:rsidSect="00034616"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Obec Zátor | Multifunkční hřiště Zátor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